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העצים שמדברים זה עם זה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מידע מהטקסט על רשת הפטריות ביער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משפחות המילים ש־ר־ש ו־צ־מ־ח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במילים כי/לכן/אבל ואל/על, אם/עם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מחוטים דקיקים של פטריות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סוכר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 בפירוש.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הפטריות מקבלות סוכר מהעצים.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במילה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למשמעותה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(צמח צעיר וקטן)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(חוטים שמחברים בין דברים)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(הודעה שיש 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(חלק הצמח שבאדמה)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חרקים תוקפים עץ אחד ביער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העץ המותקף שולח אות דרך רשת הפטריות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עצים שכנים מקבלים את ההודעה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העצים השכנים מתחילים להתגונן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ענו בכתב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הפטריות מביאות לשורשי העצים מים וחומרים מן האדמה, והעצים נותנים לפטריות סוכר. כך שני הצדדים מרוויחים.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בטקסט: צומח, הצמיחה. מילה נוספת: למשל צמחייה או צומחת.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רשת מחוטי פטריות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מקבלים אזהרה ומתגוננים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שורשים/להשריש; צומח/הצמיחה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בציור קו אדמה על הלוח ולהוסיף אליו פרטים אחרי כל פסקה, כפי שמוצע בטיפ ההפעלה.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שהמחקר על רשתות הפטריות עדיין נמשך, ושהטקסט מציג זאת בזהירות באמצעות הביטויים 'יש חוקרים' ו'מחקרים מראים'.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'אתגר' מומלץ לאפשר דיון פתוח בכיתה לפני הכתיבה, כדי לעודד חשיבה על הדימוי בין היער לחברה האנושית.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העצים שמדברים זה עם זה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הטקסט מספר על רשת חוטים של פטריות שמתחת לאדמה, שמחברת בין עצים ביער ועוזרת להם להעביר מים, סוכר ואפילו אזהרות מפני סכנה.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אל  ·  רשת  ·  לכן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ממה בנויה הרשת שמתחת ליער?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מחוטים דקיקים של פטריות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משורשי 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מענפים יבשים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נותנים העצים לפטריות?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אבנים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הרשת שמתחת ליער עשויה מחוטים של פטריות.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הפטריות מקבלות מהעצים מים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במילה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מתחת ליער יש __________ ענקית של חוטי פטריות.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השתיל גדל בצל, __________ קשה לו לייצר מזון.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העצים מעבירים אותות __________ זה זה.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המילה למשמעותה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שתיל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חוטים שמחברים בין דברים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חלק הצמח שבאדמה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אזהרה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צמח צעיר וקטן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הודעה שיש סכנה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העצים השכנים מתחילים להתגונן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עצים שכנים מקבלים את ההודעה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חרקים תוקפים עץ אחד ביער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העץ המותקף שולח אות דרך רשת הפטריות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ענו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איך הפטריות והעצים עוזרים אלה לאלה.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מצאו בטקסט שתי מילים מהמשפחה של צ־מ־ח, וכתבו מילה שלישית משלכם.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ממה בנויה הרשת שמתחת ליער?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עצים שכנים כשעץ אחד מותקף?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העצים שמדברים זה עם זה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