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רשת הפטריות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המילים ש־ר־ש ו־צ־מ־ח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כי/לכן/אבל ואל/על, אם/עם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מקבלים הודעת אזהרה ומתגוננים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הוא מקבל מעט מאוד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מעבירים אליו סוכר דרך הרשת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הפטריות מקבלות סוכר מהעצים.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מקבלים אזהרה ומתגוננים.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המירכאות מראות שזה דימוי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כותב בזהירות כי המחקר עוד נמשך וחוקרים חלוקים.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הצמיחה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 צעיר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(חוטים שמחברים בין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(הודעה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(חלק הצמח שבאדמה)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עם מעט אור 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חרקים תוקפים עץ אחד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העץ המותקף שולח אות דרך רשת הפטריות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עצים שכנים מקבלים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העצים השכנים מתחילים להתגונן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לשורשי העצים מים וחומרים מן האדמה, והעצים נותנים לפטריות סוכר. כך שני הצדדים מרוויחים.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דרכה עוברים אותות אזהרה כשעץ מותקף, כמו מערכת שמזהירה מפני 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בטקסט: צומח, הצמיחה. מילה נוספת: למשל צמחייה או צומחת.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רשת מחוטי 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אזהרה ומתגוננים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שורשים/להשריש; צומח/הצמיחה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קו אדמה על הלוח ולהוסיף אליו פרטים אחרי כל פסקה, כפי שמוצע בטיפ ההפעלה.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שהמחקר על רשתות הפטריות עדיין נמשך, ושהטקסט מציג זאת בזהירות באמצעות הביטויים 'יש חוקרים' ו'מחקרים מראים'.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'אתגר' מומלץ לאפשר דיון פתוח בכיתה לפני הכתיבה, כדי לעודד חשיבה על הדימוי בין היער לחברה האנושית.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שמתחת לאדמה ביער יש רשת של חוטים דקים. הרשת הזאת מחברת בין העצים. דרכה עוברים מים, אוכל ואזהרות מעץ לעץ.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חוטים שמחברים דברים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פטריות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צמחים קטנים שגדלים באדמה או על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הצמח שנמצא באדמה ומחזיק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צעיר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שמספרת שיש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שאין בו הרבה 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תועלת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או רווח שמישהו מקבל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מרכיב את הרשת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משורשי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מענפים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מעלים נושרים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העץ נותן לפטרייה?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לעצים ליד עץ שתוקפים אותו חרקים?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נובלים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מקבלים הודעת אזהרה ומתגוננים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מפסיקים לייצר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שתיל בצל מתקשה לייצר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מקבל מעט מאוד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רחוק מהרשת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גדול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עץ גדול עוזר לשתיל קטן 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נותנים לו 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מעבירים אליו סוכר דרך הרשת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מזיזים אותו למקום שמשי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לו שורשים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שמתחת ליער עשויה מחוטים של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הפטריות מקבלות מהעצים מים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כשעץ אחד מותקף, עצים שכנים לא מגיבים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כתבה את המילה 'לדבר' במירכאות כי העצים לא באמת מדברים כמו בני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המדענים מסכימים לגמרי על היקף העברת האזהרות בין עצים.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מתחת ליער יש __________ ענקית של חוטי פטריות.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השתיל גדל בצל, __________ קשה לו לייצר 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העצים מעבירים אותות __________ זה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הפטריות חיות __________ העצים בשיתוף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שלנו הם החברים, המשפחה והקהילה.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מהמשפחה של צ־מ־ח שמופיעה בפסקה הרביעית ומתחילה בה׳ הידיעה: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חוטים שמחברים בין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הצמח שבאדמה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 צעיר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מעט אור 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הודעה שיש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העצים השכנים מתחילים להתגונן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שכנים מקבלים את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המותקף שולח אות דרך רשת הפטריות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חרקים תוקפים עץ אחד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ענו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הפטריות והעצים עוזרים אלה לאלה.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אפשר להשוות את הרשת ל'מערכת התראה'?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שתי מילים מהמשפחה של צ־מ־ח, וכתבו מילה שלישית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בנויה הרשת שמתחת ליער?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עצים שכנים כשעץ אחד מותקף?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ש־ר־ש ומילה אחת מהמשפחה של צ־מ־ח.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העצים שמדברים זה עם 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